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F255" w14:textId="77777777" w:rsidR="00F3083E" w:rsidRDefault="00F3083E" w:rsidP="00F3083E">
      <w:pPr>
        <w:jc w:val="center"/>
      </w:pPr>
      <w:r w:rsidRPr="00F3083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REVISTA CONTEXTO – TERAPIA OCUPACIONAL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br/>
      </w:r>
      <w:r w:rsidRPr="00F3083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UNIVERSIDAD CENTRAL DE CHILE</w:t>
      </w:r>
      <w:r w:rsidR="002D61C9">
        <w:br/>
      </w:r>
    </w:p>
    <w:p w14:paraId="22624BD7" w14:textId="34947BD3" w:rsidR="00F3083E" w:rsidRDefault="00F3083E" w:rsidP="00F3083E">
      <w:pPr>
        <w:jc w:val="center"/>
      </w:pPr>
      <w:r w:rsidRPr="00F3083E">
        <w:t>CARTA DE ORIGINALIDAD</w:t>
      </w:r>
      <w:r w:rsidR="00D4106B">
        <w:t xml:space="preserve"> Y </w:t>
      </w:r>
      <w:r w:rsidRPr="00F3083E">
        <w:t xml:space="preserve">CONFLICTO DE INTERESES </w:t>
      </w:r>
    </w:p>
    <w:p w14:paraId="4A9F63C3" w14:textId="24AD2B49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 xml:space="preserve">Mediante este documento, con fecha ____ de ______ del 20___, quien(es) suscribe(n) autoriza(n) a la Revista </w:t>
      </w:r>
      <w:proofErr w:type="spellStart"/>
      <w:r w:rsidRPr="00F3083E">
        <w:rPr>
          <w:rFonts w:cs="Times New Roman"/>
          <w:lang w:val="es-CL"/>
        </w:rPr>
        <w:t>ContexTO</w:t>
      </w:r>
      <w:proofErr w:type="spellEnd"/>
      <w:r w:rsidRPr="00F3083E">
        <w:rPr>
          <w:rFonts w:cs="Times New Roman"/>
          <w:lang w:val="es-CL"/>
        </w:rPr>
        <w:t>, editada por la Universidad Central de Chile, a publicar en formato electrónico el trabajo titulado: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3083E" w:rsidRPr="00F3083E" w14:paraId="16607F21" w14:textId="77777777" w:rsidTr="003F5958">
        <w:tc>
          <w:tcPr>
            <w:tcW w:w="8630" w:type="dxa"/>
          </w:tcPr>
          <w:p w14:paraId="5FC2FE70" w14:textId="77777777" w:rsidR="00F3083E" w:rsidRPr="00F3083E" w:rsidRDefault="00F3083E" w:rsidP="003F5958">
            <w:pPr>
              <w:rPr>
                <w:rFonts w:cs="Times New Roman"/>
                <w:lang w:val="es-CL"/>
              </w:rPr>
            </w:pPr>
            <w:r w:rsidRPr="00F3083E">
              <w:rPr>
                <w:rFonts w:cs="Times New Roman"/>
                <w:lang w:val="es-CL"/>
              </w:rPr>
              <w:t>Título del trabajo (conciso e informativo en español o portugués e inglés y la categorización del manuscrito</w:t>
            </w:r>
          </w:p>
          <w:p w14:paraId="56A7FD48" w14:textId="77777777" w:rsidR="00F3083E" w:rsidRPr="00F3083E" w:rsidRDefault="00F3083E" w:rsidP="003F5958">
            <w:pPr>
              <w:rPr>
                <w:rFonts w:cs="Times New Roman"/>
                <w:lang w:val="es-CL"/>
              </w:rPr>
            </w:pPr>
          </w:p>
          <w:p w14:paraId="05AC90E5" w14:textId="77777777" w:rsidR="00F3083E" w:rsidRPr="00F3083E" w:rsidRDefault="00F3083E" w:rsidP="003F5958">
            <w:pPr>
              <w:rPr>
                <w:rFonts w:cs="Times New Roman"/>
                <w:lang w:val="es-CL"/>
              </w:rPr>
            </w:pPr>
          </w:p>
          <w:p w14:paraId="483F5D95" w14:textId="77777777" w:rsidR="00F3083E" w:rsidRPr="00F3083E" w:rsidRDefault="00F3083E" w:rsidP="003F5958">
            <w:pPr>
              <w:rPr>
                <w:rFonts w:cs="Times New Roman"/>
                <w:lang w:val="es-CL"/>
              </w:rPr>
            </w:pPr>
          </w:p>
          <w:p w14:paraId="41F60667" w14:textId="77777777" w:rsidR="00F3083E" w:rsidRPr="00F3083E" w:rsidRDefault="00F3083E" w:rsidP="003F5958">
            <w:pPr>
              <w:rPr>
                <w:rFonts w:cs="Times New Roman"/>
                <w:lang w:val="es-CL"/>
              </w:rPr>
            </w:pPr>
          </w:p>
        </w:tc>
      </w:tr>
    </w:tbl>
    <w:p w14:paraId="0EF9C313" w14:textId="77777777" w:rsidR="00F3083E" w:rsidRPr="00F3083E" w:rsidRDefault="00F3083E" w:rsidP="00F3083E">
      <w:pPr>
        <w:rPr>
          <w:rFonts w:cs="Times New Roman"/>
          <w:lang w:val="es-CL"/>
        </w:rPr>
      </w:pPr>
    </w:p>
    <w:p w14:paraId="1EBD5837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>Declaro(amos) que el presente artículo es un trabajo original, que no ha sido publicado previamente ni total ni parcialmente en otros medios impresos o electrónicos, ni se encuentra en proceso de evaluación simultánea en otra revista o medio de difusión académica.</w:t>
      </w:r>
    </w:p>
    <w:p w14:paraId="60EE052E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>Asimismo, declaro(amos) que todas las fuentes, datos, ideas y trabajos previamente publicados han sido debidamente citados y referenciados conforme a las normas académicas vigentes.</w:t>
      </w:r>
    </w:p>
    <w:p w14:paraId="26498F54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>Declaro(amos) que no existe conflicto de intereses de tipo personal, académico, institucional, financiero o de otra naturaleza que pueda influir inapropiadamente en los resultados o interpretaciones del manuscrito. En caso de existir, este ha sido debidamente declarado al equipo editorial.</w:t>
      </w:r>
    </w:p>
    <w:p w14:paraId="6F0C4648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 xml:space="preserve">El contenido, análisis y conclusiones expresadas en el artículo son de exclusiva responsabilidad de quien(es) firma(n) la autoría, no comprometiendo a la Revista </w:t>
      </w:r>
      <w:proofErr w:type="spellStart"/>
      <w:r w:rsidRPr="00F3083E">
        <w:rPr>
          <w:rFonts w:cs="Times New Roman"/>
          <w:lang w:val="es-CL"/>
        </w:rPr>
        <w:t>ContexTO</w:t>
      </w:r>
      <w:proofErr w:type="spellEnd"/>
      <w:r w:rsidRPr="00F3083E">
        <w:rPr>
          <w:rFonts w:cs="Times New Roman"/>
          <w:lang w:val="es-CL"/>
        </w:rPr>
        <w:t xml:space="preserve"> ni a la Universidad Central de Chile.</w:t>
      </w:r>
    </w:p>
    <w:p w14:paraId="3345BCB3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 xml:space="preserve">El/la autor(a) autoriza a la Revista </w:t>
      </w:r>
      <w:proofErr w:type="spellStart"/>
      <w:r w:rsidRPr="00F3083E">
        <w:rPr>
          <w:rFonts w:cs="Times New Roman"/>
          <w:lang w:val="es-CL"/>
        </w:rPr>
        <w:t>ContexTO</w:t>
      </w:r>
      <w:proofErr w:type="spellEnd"/>
      <w:r w:rsidRPr="00F3083E">
        <w:rPr>
          <w:rFonts w:cs="Times New Roman"/>
          <w:lang w:val="es-CL"/>
        </w:rPr>
        <w:t xml:space="preserve"> a realizar ajustes formales, de estilo y de formato necesarios para adecuar el artículo a las Normas de Publicación, sin alterar su contenido sustantivo.</w:t>
      </w:r>
    </w:p>
    <w:p w14:paraId="1564F2BA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>Asimismo, autorizo(amos) la publicación junto con el artículo de los siguientes datos de autoría: nombre y apellidos, afiliación institucional, ciudad y país, correo electrónico y código ORCID.</w:t>
      </w:r>
      <w:r w:rsidRPr="00F3083E">
        <w:rPr>
          <w:rFonts w:cs="Times New Roman"/>
          <w:lang w:val="es-CL"/>
        </w:rPr>
        <w:br/>
      </w:r>
    </w:p>
    <w:p w14:paraId="5CC078EC" w14:textId="77777777" w:rsidR="00F3083E" w:rsidRPr="00F3083E" w:rsidRDefault="00F3083E" w:rsidP="00F3083E">
      <w:pPr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lastRenderedPageBreak/>
        <w:t>INFORMACIÓN AUTORES</w:t>
      </w:r>
    </w:p>
    <w:p w14:paraId="1C1BD750" w14:textId="77777777" w:rsidR="00F3083E" w:rsidRPr="00F3083E" w:rsidRDefault="00F3083E" w:rsidP="00F3083E">
      <w:pPr>
        <w:widowControl w:val="0"/>
        <w:autoSpaceDE w:val="0"/>
        <w:autoSpaceDN w:val="0"/>
        <w:spacing w:after="0" w:line="360" w:lineRule="auto"/>
        <w:ind w:right="250"/>
        <w:jc w:val="both"/>
        <w:rPr>
          <w:rFonts w:cs="Times New Roman"/>
          <w:lang w:val="es-CL"/>
        </w:rPr>
      </w:pPr>
      <w:r w:rsidRPr="00F3083E">
        <w:rPr>
          <w:rFonts w:cs="Times New Roman"/>
          <w:lang w:val="es-CL"/>
        </w:rPr>
        <w:t>Nombre y dos apellidos de cada uno de los autores (títulos, filiación institucional actual, correo electrónico y número de ORCID (</w:t>
      </w:r>
      <w:hyperlink r:id="rId8">
        <w:r w:rsidRPr="00F3083E">
          <w:rPr>
            <w:rFonts w:cs="Times New Roman"/>
            <w:color w:val="0000FF"/>
            <w:u w:val="single" w:color="0000FF"/>
            <w:lang w:val="es-CL"/>
          </w:rPr>
          <w:t>http://orcid.org/</w:t>
        </w:r>
      </w:hyperlink>
      <w:r w:rsidRPr="00F3083E">
        <w:rPr>
          <w:rFonts w:cs="Times New Roman"/>
          <w:lang w:val="es-CL"/>
        </w:rPr>
        <w:t>) seguido entre paréntesis del número que a continuación indique su centro de trabajo.  Describir el rol que tuvo en este trabajo si corresponde.</w:t>
      </w:r>
    </w:p>
    <w:p w14:paraId="2F99B17C" w14:textId="77777777" w:rsidR="00F3083E" w:rsidRPr="00F3083E" w:rsidRDefault="00F3083E" w:rsidP="00F3083E">
      <w:pPr>
        <w:pStyle w:val="Prrafodelista"/>
        <w:widowControl w:val="0"/>
        <w:autoSpaceDE w:val="0"/>
        <w:autoSpaceDN w:val="0"/>
        <w:spacing w:after="0" w:line="360" w:lineRule="auto"/>
        <w:ind w:left="0" w:right="679"/>
        <w:contextualSpacing w:val="0"/>
        <w:jc w:val="both"/>
        <w:rPr>
          <w:rFonts w:cs="Times New Roman"/>
          <w:lang w:val="es-CL"/>
        </w:rPr>
      </w:pPr>
    </w:p>
    <w:p w14:paraId="5404A2F1" w14:textId="363AB6F1" w:rsidR="00E00104" w:rsidRPr="00F3083E" w:rsidRDefault="00F3083E" w:rsidP="00F3083E">
      <w:pPr>
        <w:pStyle w:val="Prrafodelista"/>
        <w:widowControl w:val="0"/>
        <w:autoSpaceDE w:val="0"/>
        <w:autoSpaceDN w:val="0"/>
        <w:spacing w:after="0" w:line="360" w:lineRule="auto"/>
        <w:ind w:left="0" w:right="679"/>
        <w:contextualSpacing w:val="0"/>
        <w:jc w:val="both"/>
        <w:rPr>
          <w:lang w:val="es-CL"/>
        </w:rPr>
      </w:pPr>
      <w:r w:rsidRPr="00F3083E">
        <w:rPr>
          <w:rFonts w:cs="Times New Roman"/>
          <w:lang w:val="es-CL"/>
        </w:rPr>
        <w:t>Becas, ayudas o financiamiento para la subvención del trabajo y las especificaciones</w:t>
      </w:r>
      <w:r w:rsidRPr="00F3083E">
        <w:rPr>
          <w:rFonts w:cs="Times New Roman"/>
          <w:spacing w:val="-2"/>
          <w:lang w:val="es-CL"/>
        </w:rPr>
        <w:t xml:space="preserve"> </w:t>
      </w:r>
      <w:r w:rsidRPr="00F3083E">
        <w:rPr>
          <w:rFonts w:cs="Times New Roman"/>
          <w:lang w:val="es-CL"/>
        </w:rPr>
        <w:t>oportunas</w:t>
      </w:r>
      <w:r w:rsidRPr="00F3083E">
        <w:rPr>
          <w:rFonts w:cs="Times New Roman"/>
          <w:spacing w:val="-2"/>
          <w:lang w:val="es-CL"/>
        </w:rPr>
        <w:t xml:space="preserve"> </w:t>
      </w:r>
      <w:r w:rsidRPr="00F3083E">
        <w:rPr>
          <w:rFonts w:cs="Times New Roman"/>
          <w:lang w:val="es-CL"/>
        </w:rPr>
        <w:t>relativas</w:t>
      </w:r>
      <w:r w:rsidRPr="00F3083E">
        <w:rPr>
          <w:rFonts w:cs="Times New Roman"/>
          <w:spacing w:val="-2"/>
          <w:lang w:val="es-CL"/>
        </w:rPr>
        <w:t xml:space="preserve"> </w:t>
      </w:r>
      <w:r w:rsidRPr="00F3083E">
        <w:rPr>
          <w:rFonts w:cs="Times New Roman"/>
          <w:lang w:val="es-CL"/>
        </w:rPr>
        <w:t>a</w:t>
      </w:r>
      <w:r w:rsidRPr="00F3083E">
        <w:rPr>
          <w:rFonts w:cs="Times New Roman"/>
          <w:spacing w:val="-5"/>
          <w:lang w:val="es-CL"/>
        </w:rPr>
        <w:t xml:space="preserve"> </w:t>
      </w:r>
      <w:r w:rsidRPr="00F3083E">
        <w:rPr>
          <w:rFonts w:cs="Times New Roman"/>
          <w:lang w:val="es-CL"/>
        </w:rPr>
        <w:t>la</w:t>
      </w:r>
      <w:r w:rsidRPr="00F3083E">
        <w:rPr>
          <w:rFonts w:cs="Times New Roman"/>
          <w:spacing w:val="-3"/>
          <w:lang w:val="es-CL"/>
        </w:rPr>
        <w:t xml:space="preserve"> </w:t>
      </w:r>
      <w:r w:rsidRPr="00F3083E">
        <w:rPr>
          <w:rFonts w:cs="Times New Roman"/>
          <w:lang w:val="es-CL"/>
        </w:rPr>
        <w:t>existencia</w:t>
      </w:r>
      <w:r w:rsidRPr="00F3083E">
        <w:rPr>
          <w:rFonts w:cs="Times New Roman"/>
          <w:spacing w:val="-5"/>
          <w:lang w:val="es-CL"/>
        </w:rPr>
        <w:t xml:space="preserve"> </w:t>
      </w:r>
      <w:r w:rsidRPr="00F3083E">
        <w:rPr>
          <w:rFonts w:cs="Times New Roman"/>
          <w:lang w:val="es-CL"/>
        </w:rPr>
        <w:t>o</w:t>
      </w:r>
      <w:r w:rsidRPr="00F3083E">
        <w:rPr>
          <w:rFonts w:cs="Times New Roman"/>
          <w:spacing w:val="-2"/>
          <w:lang w:val="es-CL"/>
        </w:rPr>
        <w:t xml:space="preserve"> </w:t>
      </w:r>
      <w:r w:rsidRPr="00F3083E">
        <w:rPr>
          <w:rFonts w:cs="Times New Roman"/>
          <w:lang w:val="es-CL"/>
        </w:rPr>
        <w:t>no</w:t>
      </w:r>
      <w:r w:rsidRPr="00F3083E">
        <w:rPr>
          <w:rFonts w:cs="Times New Roman"/>
          <w:spacing w:val="-2"/>
          <w:lang w:val="es-CL"/>
        </w:rPr>
        <w:t xml:space="preserve"> </w:t>
      </w:r>
      <w:r w:rsidRPr="00F3083E">
        <w:rPr>
          <w:rFonts w:cs="Times New Roman"/>
          <w:lang w:val="es-CL"/>
        </w:rPr>
        <w:t>de</w:t>
      </w:r>
      <w:r w:rsidRPr="00F3083E">
        <w:rPr>
          <w:rFonts w:cs="Times New Roman"/>
          <w:spacing w:val="-5"/>
          <w:lang w:val="es-CL"/>
        </w:rPr>
        <w:t xml:space="preserve"> </w:t>
      </w:r>
      <w:r w:rsidRPr="00F3083E">
        <w:rPr>
          <w:rFonts w:cs="Times New Roman"/>
          <w:lang w:val="es-CL"/>
        </w:rPr>
        <w:t>conflictos</w:t>
      </w:r>
      <w:r w:rsidRPr="00F3083E">
        <w:rPr>
          <w:rFonts w:cs="Times New Roman"/>
          <w:spacing w:val="-2"/>
          <w:lang w:val="es-CL"/>
        </w:rPr>
        <w:t xml:space="preserve"> </w:t>
      </w:r>
      <w:r w:rsidRPr="00F3083E">
        <w:rPr>
          <w:rFonts w:cs="Times New Roman"/>
          <w:lang w:val="es-CL"/>
        </w:rPr>
        <w:t>de</w:t>
      </w:r>
      <w:r w:rsidRPr="00F3083E">
        <w:rPr>
          <w:rFonts w:cs="Times New Roman"/>
          <w:spacing w:val="-8"/>
          <w:lang w:val="es-CL"/>
        </w:rPr>
        <w:t xml:space="preserve"> </w:t>
      </w:r>
      <w:r w:rsidRPr="00F3083E">
        <w:rPr>
          <w:rFonts w:cs="Times New Roman"/>
          <w:lang w:val="es-CL"/>
        </w:rPr>
        <w:t>interés.</w:t>
      </w:r>
    </w:p>
    <w:sectPr w:rsidR="00E00104" w:rsidRPr="00F3083E" w:rsidSect="00810D03">
      <w:headerReference w:type="default" r:id="rId9"/>
      <w:pgSz w:w="12240" w:h="15840"/>
      <w:pgMar w:top="2269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6C15" w14:textId="77777777" w:rsidR="002C0769" w:rsidRDefault="002C0769" w:rsidP="00810D03">
      <w:pPr>
        <w:spacing w:after="0" w:line="240" w:lineRule="auto"/>
      </w:pPr>
      <w:r>
        <w:separator/>
      </w:r>
    </w:p>
  </w:endnote>
  <w:endnote w:type="continuationSeparator" w:id="0">
    <w:p w14:paraId="3F6B5D8B" w14:textId="77777777" w:rsidR="002C0769" w:rsidRDefault="002C0769" w:rsidP="0081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6F900" w14:textId="77777777" w:rsidR="002C0769" w:rsidRDefault="002C0769" w:rsidP="00810D03">
      <w:pPr>
        <w:spacing w:after="0" w:line="240" w:lineRule="auto"/>
      </w:pPr>
      <w:r>
        <w:separator/>
      </w:r>
    </w:p>
  </w:footnote>
  <w:footnote w:type="continuationSeparator" w:id="0">
    <w:p w14:paraId="03E503A5" w14:textId="77777777" w:rsidR="002C0769" w:rsidRDefault="002C0769" w:rsidP="00810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8E7C" w14:textId="54346480" w:rsidR="00810D03" w:rsidRDefault="00810D03">
    <w:pPr>
      <w:pStyle w:val="Encabezado"/>
    </w:pPr>
    <w:r w:rsidRPr="00810D03">
      <w:rPr>
        <w:noProof/>
      </w:rPr>
      <w:drawing>
        <wp:anchor distT="0" distB="0" distL="0" distR="0" simplePos="0" relativeHeight="251659264" behindDoc="1" locked="0" layoutInCell="1" allowOverlap="1" wp14:anchorId="79007284" wp14:editId="21362100">
          <wp:simplePos x="0" y="0"/>
          <wp:positionH relativeFrom="page">
            <wp:posOffset>1143000</wp:posOffset>
          </wp:positionH>
          <wp:positionV relativeFrom="page">
            <wp:posOffset>457200</wp:posOffset>
          </wp:positionV>
          <wp:extent cx="697230" cy="697230"/>
          <wp:effectExtent l="0" t="0" r="7620" b="7620"/>
          <wp:wrapNone/>
          <wp:docPr id="1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7230" cy="697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10D03">
      <w:rPr>
        <w:noProof/>
      </w:rPr>
      <w:drawing>
        <wp:anchor distT="0" distB="0" distL="0" distR="0" simplePos="0" relativeHeight="251660288" behindDoc="1" locked="0" layoutInCell="1" allowOverlap="1" wp14:anchorId="349CB7F8" wp14:editId="7B4A7D0E">
          <wp:simplePos x="0" y="0"/>
          <wp:positionH relativeFrom="page">
            <wp:posOffset>4557395</wp:posOffset>
          </wp:positionH>
          <wp:positionV relativeFrom="page">
            <wp:posOffset>476885</wp:posOffset>
          </wp:positionV>
          <wp:extent cx="1885950" cy="688975"/>
          <wp:effectExtent l="0" t="0" r="0" b="0"/>
          <wp:wrapNone/>
          <wp:docPr id="1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85950" cy="688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2208025">
    <w:abstractNumId w:val="8"/>
  </w:num>
  <w:num w:numId="2" w16cid:durableId="725181661">
    <w:abstractNumId w:val="6"/>
  </w:num>
  <w:num w:numId="3" w16cid:durableId="432283312">
    <w:abstractNumId w:val="5"/>
  </w:num>
  <w:num w:numId="4" w16cid:durableId="732853306">
    <w:abstractNumId w:val="4"/>
  </w:num>
  <w:num w:numId="5" w16cid:durableId="479419608">
    <w:abstractNumId w:val="7"/>
  </w:num>
  <w:num w:numId="6" w16cid:durableId="448669038">
    <w:abstractNumId w:val="3"/>
  </w:num>
  <w:num w:numId="7" w16cid:durableId="2032607818">
    <w:abstractNumId w:val="2"/>
  </w:num>
  <w:num w:numId="8" w16cid:durableId="1045788263">
    <w:abstractNumId w:val="1"/>
  </w:num>
  <w:num w:numId="9" w16cid:durableId="199606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9DD"/>
    <w:rsid w:val="00034616"/>
    <w:rsid w:val="0006063C"/>
    <w:rsid w:val="000E27E7"/>
    <w:rsid w:val="0015074B"/>
    <w:rsid w:val="00180C7D"/>
    <w:rsid w:val="001852B2"/>
    <w:rsid w:val="00206B3A"/>
    <w:rsid w:val="0029639D"/>
    <w:rsid w:val="002C0769"/>
    <w:rsid w:val="002D61C9"/>
    <w:rsid w:val="0030396A"/>
    <w:rsid w:val="00326F90"/>
    <w:rsid w:val="00443C23"/>
    <w:rsid w:val="004D6385"/>
    <w:rsid w:val="006034AE"/>
    <w:rsid w:val="008047D8"/>
    <w:rsid w:val="00810D03"/>
    <w:rsid w:val="00A8525C"/>
    <w:rsid w:val="00AA1D8D"/>
    <w:rsid w:val="00B07785"/>
    <w:rsid w:val="00B47730"/>
    <w:rsid w:val="00BB3EDC"/>
    <w:rsid w:val="00CA6057"/>
    <w:rsid w:val="00CB0664"/>
    <w:rsid w:val="00CB7193"/>
    <w:rsid w:val="00D4106B"/>
    <w:rsid w:val="00E00104"/>
    <w:rsid w:val="00E05BE3"/>
    <w:rsid w:val="00F308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931BE"/>
  <w14:defaultImageDpi w14:val="300"/>
  <w15:docId w15:val="{946BA779-A929-4090-93ED-D94879B1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FB1F11-BCEA-4CC1-8921-721CEA287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MABEL PAOLA NAVARRETE  VALDEBENITO</cp:lastModifiedBy>
  <cp:revision>2</cp:revision>
  <dcterms:created xsi:type="dcterms:W3CDTF">2026-08-31T20:39:00Z</dcterms:created>
  <dcterms:modified xsi:type="dcterms:W3CDTF">2026-08-31T20:39:00Z</dcterms:modified>
  <cp:category/>
</cp:coreProperties>
</file>